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Reparación de electrodomésticos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Visita de diagnóstico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Componente de recambio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concepto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Reparación de electrodomésticos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