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Reparación de vehículos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Revisión y montaje de frenos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Pastillas de freno de recambio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juego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Reparación de vehículos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