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Consultoría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Taller de revisión de procesos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Informe de recomendaciones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informe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Consultoría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