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Servicios dentales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Consulta dental general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Limpieza habitual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servicio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Servicios dentales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