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Instalación de suelos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Instalación de suelo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metro cuadrado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Suministro de base aislante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metro cuadrado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Instalación de suelos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