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Pequeñas reparaciones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Ajuste de puerta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hora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Bisagras de recambio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par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Pequeñas reparaciones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