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Limpieza del hogar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Limpieza habitual del hogar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Limpieza extra de horno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concepto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Limpieza del hogar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