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Calefacción y climatización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Mantenimiento de equipo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Filtro de recambio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concepto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Calefacción y climatización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