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Paisajismo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Preparación de parterre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Suministro de mantillo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bolsa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Paisajismo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