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Mudanzas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Servicio de mudanza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hora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Cajas de embalaje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caja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Mudanzas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