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Fontanería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Sustitución de grifo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hora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Grifo de recambio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concepto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Fontanería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