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Limpieza a presión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Limpieza de acceso de vehículos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metro cuadrado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Limpieza de patio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metro cuadrado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Limpieza a presión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