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Alquiler de equipos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Alquiler de equipo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día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Entrega y recogida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viaje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Alquiler de equipos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