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Retirada de nieve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Retirada de nieve en acceso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Servicio de deshielo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Retirada de nieve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