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Estudio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Sesión fotográfica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Entrega de imágenes editadas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imagen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Estudio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