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Subcontratistas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Instalación de tabiques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Materiales de fijación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Subcontratistas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