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Traducción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Traducción de documento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palabra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Revisión lingüística adicional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Traducción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