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Conseil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Atelier d’analyse des processus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Rapport de recommandations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rapport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