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Prestataire de travaux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Prestation d’installation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intervention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Main-d’œuvre supplémentaire convenue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Prestataire de travaux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