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Prestations dentaires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Consultation dentaire générale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Nettoyage courant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prestation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dentaires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