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Électricité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Installation d’éclairage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Fourniture d’un luminaire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Électricité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