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Organisation d’événements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Forfait d’organisation de l’événement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projet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Coordination sur place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heure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Organisation d’événements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