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Revêtements de sol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Pose du revêtement de sol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m²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Fourniture de sous-couche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m²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Revêtements de sol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