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Transport de marchandises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Transport routier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trajet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Chargement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de marchandises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