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Graphisme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Forfait de conception graphique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projet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Adaptation graphique supplémentaire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Graphisme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