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Hôtellerie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Hébergement en chambre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nuit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Petit-déjeuner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Hôtellerie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