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Ménage à domicile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Ménage courant du logement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passage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Nettoyage du four en supplément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Ménage à domicile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