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Prestations médicales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Consultation générale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passage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Prestation administrative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Prestations médicales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