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Déménagement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Prestation de l’équipe de déménagement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heure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Cartons d’emballage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carton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Déménagement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