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Peinture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Préparation et peinture des murs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Fourniture de peinture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pot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Peinture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