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Plomberie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Main-d’œuvre de remplacement d’un robinet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Robinet de remplacement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Plomberie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