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Entretien de piscine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Visite de nettoyage de piscine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passage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Fournitures d’entretien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lot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Entretien de piscine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