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Nettoyage haute pression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Nettoyage de l’allée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m²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Nettoyage de la terrasse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m²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Nettoyage haute pression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