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Toiture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Main-d’œuvre de réparation de toiture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Matériaux de couverture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Toiture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