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Déneigement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Déneigement de l’allée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Déglaçage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Déneigement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