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Séance photo produit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Livraison d’images retouchées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