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Sous-traitance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Pose de cloisons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Matériaux de fixation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Sous-traitance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