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Développement web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Étape de développement achevée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Développement supplémentaire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Développement web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