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Nettoyage de vitres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Nettoyage extérieur des vitres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vitre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Nettoyage des moustiquaires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moustiquaire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Nettoyage de vitres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