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Appliance repair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Appliance diagnostic visit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Replacement component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