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Auto repair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Brake inspection and fitting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hour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Replacement brake pads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set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 repair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