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Carpentry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Custom shelving installation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Timber and fittings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