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Consulting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Process review workshop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Recommendations report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report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