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Dental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General dental consultation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Routine cleaning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service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