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Lighting installation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Light fitting supply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item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