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Flooring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Floor installation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square metre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Underlay supply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square metre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