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Freelance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Article writing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article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Additional revision round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round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