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Freight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Road transport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trip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Loading service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