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Accommodation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night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Breakfast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day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