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HVAC service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Equipment service labour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Replacement filter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service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